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09A0F" w14:textId="77777777" w:rsidR="00290505" w:rsidRDefault="00000000">
      <w:pPr>
        <w:pStyle w:val="Ttulo"/>
      </w:pPr>
      <w:r>
        <w:t>Declaración Responsable de Veracidad de los Datos</w:t>
      </w:r>
    </w:p>
    <w:p w14:paraId="00930260" w14:textId="77777777" w:rsidR="00290505" w:rsidRDefault="00000000">
      <w:r>
        <w:t>D./Dña. ____________________________________________, con DNI/NIE nº ____________________, actuando en nombre y representación de la empresa ____________________________________________, con CIF nº ____________________ y domicilio social en _________________________________________________________,</w:t>
      </w:r>
    </w:p>
    <w:p w14:paraId="22CED6F2" w14:textId="77777777" w:rsidR="00290505" w:rsidRDefault="00290505"/>
    <w:p w14:paraId="7418D2FC" w14:textId="77777777" w:rsidR="00290505" w:rsidRDefault="00000000">
      <w:r>
        <w:t>DECLARA BAJO SU RESPONSABILIDAD:</w:t>
      </w:r>
    </w:p>
    <w:p w14:paraId="7763076A" w14:textId="77777777" w:rsidR="00290505" w:rsidRDefault="00290505"/>
    <w:p w14:paraId="2D206B77" w14:textId="77777777" w:rsidR="00290505" w:rsidRDefault="00000000">
      <w:r>
        <w:t>1. Que los datos aportados en la candidatura a los Premios AJE Madrid - XXI Edición son ciertos, completos y se corresponden con la realidad del proyecto y/o empresa que representa.</w:t>
      </w:r>
    </w:p>
    <w:p w14:paraId="4FC774BE" w14:textId="77777777" w:rsidR="00290505" w:rsidRDefault="00000000">
      <w:r>
        <w:t>2. Que la documentación presentada junto a la candidatura es auténtica y veraz, y que se encuentra en poder del declarante.</w:t>
      </w:r>
    </w:p>
    <w:p w14:paraId="31D685ED" w14:textId="77777777" w:rsidR="00290505" w:rsidRDefault="00000000">
      <w:r>
        <w:t>3. Que la empresa está al corriente de sus obligaciones fiscales y con la Seguridad Social.</w:t>
      </w:r>
    </w:p>
    <w:p w14:paraId="0DDC93F7" w14:textId="77777777" w:rsidR="00290505" w:rsidRDefault="00000000">
      <w:r>
        <w:t>4. Que acepta íntegramente las bases de la convocatoria, así como las decisiones del jurado del certamen.</w:t>
      </w:r>
    </w:p>
    <w:p w14:paraId="62252D6A" w14:textId="77777777" w:rsidR="00290505" w:rsidRDefault="00000000">
      <w:r>
        <w:t>5. Que autoriza a la organización a verificar la información proporcionada y a utilizar los datos, logotipos e imágenes para fines de comunicación y difusión del premio.</w:t>
      </w:r>
    </w:p>
    <w:p w14:paraId="474C2EAC" w14:textId="77777777" w:rsidR="00290505" w:rsidRDefault="00290505"/>
    <w:p w14:paraId="50A75D4B" w14:textId="77777777" w:rsidR="00290505" w:rsidRDefault="00000000">
      <w:r>
        <w:t>Y para que así conste, firma la presente en ____________, a _____ de ______________ de 2025.</w:t>
      </w:r>
    </w:p>
    <w:p w14:paraId="3FB2D3CC" w14:textId="77777777" w:rsidR="00290505" w:rsidRDefault="00290505"/>
    <w:p w14:paraId="4A7412E0" w14:textId="77777777" w:rsidR="00290505" w:rsidRDefault="00000000">
      <w:r>
        <w:t>Fdo.: ______________________________________</w:t>
      </w:r>
    </w:p>
    <w:p w14:paraId="6204E614" w14:textId="77777777" w:rsidR="00290505" w:rsidRDefault="00000000">
      <w:r>
        <w:t>Nombre y Apellidos</w:t>
      </w:r>
    </w:p>
    <w:p w14:paraId="70FB6AC6" w14:textId="77777777" w:rsidR="00290505" w:rsidRDefault="00000000">
      <w:r>
        <w:t>Cargo en la empresa</w:t>
      </w:r>
    </w:p>
    <w:p w14:paraId="783C2224" w14:textId="77777777" w:rsidR="00290505" w:rsidRDefault="00000000">
      <w:r>
        <w:t>(Sello de la empresa si aplica)</w:t>
      </w:r>
    </w:p>
    <w:sectPr w:rsidR="002905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5017140">
    <w:abstractNumId w:val="8"/>
  </w:num>
  <w:num w:numId="2" w16cid:durableId="367293119">
    <w:abstractNumId w:val="6"/>
  </w:num>
  <w:num w:numId="3" w16cid:durableId="258176607">
    <w:abstractNumId w:val="5"/>
  </w:num>
  <w:num w:numId="4" w16cid:durableId="1520974337">
    <w:abstractNumId w:val="4"/>
  </w:num>
  <w:num w:numId="5" w16cid:durableId="2004166431">
    <w:abstractNumId w:val="7"/>
  </w:num>
  <w:num w:numId="6" w16cid:durableId="298609725">
    <w:abstractNumId w:val="3"/>
  </w:num>
  <w:num w:numId="7" w16cid:durableId="1868759628">
    <w:abstractNumId w:val="2"/>
  </w:num>
  <w:num w:numId="8" w16cid:durableId="1851606294">
    <w:abstractNumId w:val="1"/>
  </w:num>
  <w:num w:numId="9" w16cid:durableId="160965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0505"/>
    <w:rsid w:val="0029639D"/>
    <w:rsid w:val="00326F90"/>
    <w:rsid w:val="005977DF"/>
    <w:rsid w:val="00AA1D8D"/>
    <w:rsid w:val="00B47730"/>
    <w:rsid w:val="00B9237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1DB96"/>
  <w14:defaultImageDpi w14:val="300"/>
  <w15:docId w15:val="{BD4BFBBD-BEC2-4CC9-A1C2-9EE41F04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CERRADA SANCHEZ</cp:lastModifiedBy>
  <cp:revision>2</cp:revision>
  <dcterms:created xsi:type="dcterms:W3CDTF">2025-07-30T13:58:00Z</dcterms:created>
  <dcterms:modified xsi:type="dcterms:W3CDTF">2025-07-30T13:58:00Z</dcterms:modified>
  <cp:category/>
</cp:coreProperties>
</file>