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C2F0" w14:textId="77777777" w:rsidR="00F42453" w:rsidRDefault="00000000">
      <w:pPr>
        <w:pStyle w:val="Ttulo"/>
      </w:pPr>
      <w:r>
        <w:t>Formulario de Inscripción</w:t>
      </w:r>
    </w:p>
    <w:p w14:paraId="17B54230" w14:textId="77777777" w:rsidR="00F42453" w:rsidRDefault="00000000">
      <w:r>
        <w:t>Premios AJE Madrid – XXI Edición</w:t>
      </w:r>
    </w:p>
    <w:p w14:paraId="1FB8EC7A" w14:textId="77777777" w:rsidR="00F42453" w:rsidRDefault="00000000">
      <w:pPr>
        <w:pStyle w:val="Ttulo1"/>
      </w:pPr>
      <w:r>
        <w:t>1. Categoría a la que se presenta</w:t>
      </w:r>
    </w:p>
    <w:p w14:paraId="1454D146" w14:textId="77777777" w:rsidR="00F42453" w:rsidRDefault="00000000">
      <w:r>
        <w:t>☐ Madrid Emprende</w:t>
      </w:r>
    </w:p>
    <w:p w14:paraId="14ED32D0" w14:textId="77777777" w:rsidR="00F42453" w:rsidRDefault="00000000">
      <w:r>
        <w:t>☐ Madrid Innovation</w:t>
      </w:r>
    </w:p>
    <w:p w14:paraId="6AC31ADE" w14:textId="77777777" w:rsidR="00F42453" w:rsidRDefault="00000000">
      <w:r>
        <w:t>☐ Nuevo Madrileño Emprendedor</w:t>
      </w:r>
    </w:p>
    <w:p w14:paraId="59EAB786" w14:textId="77777777" w:rsidR="00F42453" w:rsidRDefault="00000000">
      <w:r>
        <w:t>☐ Impacto Social</w:t>
      </w:r>
    </w:p>
    <w:p w14:paraId="1C8F79B5" w14:textId="77777777" w:rsidR="00F42453" w:rsidRDefault="00000000">
      <w:r>
        <w:t>☐ PYME Trayectoria Empresarial</w:t>
      </w:r>
    </w:p>
    <w:p w14:paraId="473CC90E" w14:textId="77777777" w:rsidR="00F42453" w:rsidRDefault="00000000">
      <w:r>
        <w:t>☐ Mejor Joven Empresaria</w:t>
      </w:r>
    </w:p>
    <w:p w14:paraId="01F9EFB0" w14:textId="77777777" w:rsidR="00F42453" w:rsidRDefault="00000000">
      <w:pPr>
        <w:pStyle w:val="Ttulo1"/>
      </w:pPr>
      <w:r>
        <w:t>2. Datos del/la representante o emprendedor/a principal</w:t>
      </w:r>
    </w:p>
    <w:p w14:paraId="6C6CDEFE" w14:textId="77777777" w:rsidR="00F42453" w:rsidRDefault="00000000">
      <w:r>
        <w:t>Nombre y Apellidos: ___________________________________________</w:t>
      </w:r>
    </w:p>
    <w:p w14:paraId="27B3AEFD" w14:textId="77777777" w:rsidR="00F42453" w:rsidRDefault="00000000">
      <w:r>
        <w:t>DNI/NIE: ______________________________________________________</w:t>
      </w:r>
    </w:p>
    <w:p w14:paraId="334CDBEE" w14:textId="77777777" w:rsidR="00F42453" w:rsidRDefault="00000000">
      <w:r>
        <w:t>Fecha de nacimiento: ___________________________________________</w:t>
      </w:r>
    </w:p>
    <w:p w14:paraId="269DFFE5" w14:textId="77777777" w:rsidR="00F42453" w:rsidRDefault="00000000">
      <w:r>
        <w:t>Nacionalidad: _________________________________________________</w:t>
      </w:r>
    </w:p>
    <w:p w14:paraId="166EC425" w14:textId="77777777" w:rsidR="00F42453" w:rsidRDefault="00000000">
      <w:r>
        <w:t>Cargo en la empresa: ___________________________________________</w:t>
      </w:r>
    </w:p>
    <w:p w14:paraId="32676BA6" w14:textId="77777777" w:rsidR="00F42453" w:rsidRDefault="00000000">
      <w:r>
        <w:t>Email de contacto: _____________________________________________</w:t>
      </w:r>
    </w:p>
    <w:p w14:paraId="44999F96" w14:textId="77777777" w:rsidR="00F42453" w:rsidRDefault="00000000">
      <w:r>
        <w:t>Teléfono: _____________________________________________________</w:t>
      </w:r>
    </w:p>
    <w:p w14:paraId="548C26FE" w14:textId="77777777" w:rsidR="00F42453" w:rsidRDefault="00000000">
      <w:pPr>
        <w:pStyle w:val="Ttulo1"/>
      </w:pPr>
      <w:r>
        <w:t>3. Datos de la empresa</w:t>
      </w:r>
    </w:p>
    <w:p w14:paraId="1FC0AE86" w14:textId="77777777" w:rsidR="00F42453" w:rsidRDefault="00000000">
      <w:r>
        <w:t>Nombre comercial: ____________________________________________</w:t>
      </w:r>
    </w:p>
    <w:p w14:paraId="3DF412C3" w14:textId="77777777" w:rsidR="00F42453" w:rsidRDefault="00000000">
      <w:r>
        <w:t>Razón social: _________________________________________________</w:t>
      </w:r>
    </w:p>
    <w:p w14:paraId="578092A3" w14:textId="77777777" w:rsidR="00F42453" w:rsidRDefault="00000000">
      <w:r>
        <w:t>CIF: _________________________________________________________</w:t>
      </w:r>
    </w:p>
    <w:p w14:paraId="7A866236" w14:textId="77777777" w:rsidR="00F42453" w:rsidRDefault="00000000">
      <w:r>
        <w:t>Fecha de constitución: _________________________________________</w:t>
      </w:r>
    </w:p>
    <w:p w14:paraId="10729A25" w14:textId="77777777" w:rsidR="00F42453" w:rsidRDefault="00000000">
      <w:r>
        <w:t>Nº de empleados actuales: ______________________________________</w:t>
      </w:r>
    </w:p>
    <w:p w14:paraId="17903FE8" w14:textId="77777777" w:rsidR="00F42453" w:rsidRDefault="00000000">
      <w:r>
        <w:lastRenderedPageBreak/>
        <w:t>Dirección completa: ____________________________________________</w:t>
      </w:r>
    </w:p>
    <w:p w14:paraId="13F05F2E" w14:textId="77777777" w:rsidR="00F42453" w:rsidRDefault="00000000">
      <w:r>
        <w:t>Web (si aplica): _______________________________________________</w:t>
      </w:r>
    </w:p>
    <w:p w14:paraId="07802E86" w14:textId="77777777" w:rsidR="00F42453" w:rsidRDefault="00000000">
      <w:r>
        <w:t>Sector de actividad: ___________________________________________</w:t>
      </w:r>
    </w:p>
    <w:p w14:paraId="5B8570BE" w14:textId="77777777" w:rsidR="00F42453" w:rsidRDefault="00000000">
      <w:r>
        <w:t>¿Pertenece a algún clúster, asociación u organismo?: _______________</w:t>
      </w:r>
    </w:p>
    <w:p w14:paraId="29430D5B" w14:textId="77777777" w:rsidR="00F42453" w:rsidRDefault="00000000">
      <w:r>
        <w:t>Redes sociales activas (indicar enlaces): _________________________</w:t>
      </w:r>
    </w:p>
    <w:p w14:paraId="0C6417DB" w14:textId="77777777" w:rsidR="00F42453" w:rsidRDefault="00000000">
      <w:pPr>
        <w:pStyle w:val="Ttulo1"/>
      </w:pPr>
      <w:r>
        <w:t>4. Breve descripción de la empresa o proyecto</w:t>
      </w:r>
    </w:p>
    <w:p w14:paraId="76F3DE15" w14:textId="77777777" w:rsidR="00F42453" w:rsidRDefault="00000000">
      <w:r>
        <w:t>(máximo 10 líneas)</w:t>
      </w:r>
      <w:r>
        <w:br/>
        <w:t>..........................................................................................</w:t>
      </w:r>
      <w:r>
        <w:br/>
      </w:r>
      <w:r>
        <w:br/>
      </w:r>
      <w:r>
        <w:br/>
        <w:t>..........................................................................................</w:t>
      </w:r>
      <w:r>
        <w:br/>
      </w:r>
      <w:r>
        <w:br/>
      </w:r>
      <w:r>
        <w:br/>
      </w:r>
    </w:p>
    <w:p w14:paraId="049BCE4F" w14:textId="77777777" w:rsidR="00F42453" w:rsidRDefault="00000000">
      <w:pPr>
        <w:pStyle w:val="Ttulo1"/>
      </w:pPr>
      <w:r>
        <w:t>5. Motivación para presentar la candidatura</w:t>
      </w:r>
    </w:p>
    <w:p w14:paraId="684657C8" w14:textId="77777777" w:rsidR="00F42453" w:rsidRDefault="00000000">
      <w:r>
        <w:t>¿Por qué consideras que debéis ganar este premio?</w:t>
      </w:r>
      <w:r>
        <w:br/>
        <w:t>..........................................................................................</w:t>
      </w:r>
      <w:r>
        <w:br/>
      </w:r>
      <w:r>
        <w:br/>
      </w:r>
      <w:r>
        <w:br/>
        <w:t>..........................................................................................</w:t>
      </w:r>
      <w:r>
        <w:br/>
      </w:r>
      <w:r>
        <w:br/>
      </w:r>
      <w:r>
        <w:br/>
      </w:r>
    </w:p>
    <w:p w14:paraId="6DA27E80" w14:textId="77777777" w:rsidR="00F42453" w:rsidRDefault="00000000">
      <w:pPr>
        <w:pStyle w:val="Ttulo1"/>
      </w:pPr>
      <w:r>
        <w:t>6. Documentación que se adjunta con este formulario</w:t>
      </w:r>
    </w:p>
    <w:p w14:paraId="0DDBF574" w14:textId="77777777" w:rsidR="00F42453" w:rsidRDefault="00000000">
      <w:r>
        <w:t>☐ Escritura de constitución</w:t>
      </w:r>
    </w:p>
    <w:p w14:paraId="4A642DD8" w14:textId="77777777" w:rsidR="00F42453" w:rsidRDefault="00000000">
      <w:r>
        <w:t>☐ CIF de la empresa</w:t>
      </w:r>
    </w:p>
    <w:p w14:paraId="003F94FC" w14:textId="77777777" w:rsidR="00F42453" w:rsidRDefault="00000000">
      <w:r>
        <w:t>☐ DNI/NIE del representante legal</w:t>
      </w:r>
    </w:p>
    <w:p w14:paraId="22432F09" w14:textId="77777777" w:rsidR="00F42453" w:rsidRDefault="00000000">
      <w:r>
        <w:t>☐ Memoria del proyecto / presentación</w:t>
      </w:r>
    </w:p>
    <w:p w14:paraId="06703B8D" w14:textId="77777777" w:rsidR="00F42453" w:rsidRDefault="00000000">
      <w:r>
        <w:t>☐ Balances y cuentas de resultados</w:t>
      </w:r>
    </w:p>
    <w:p w14:paraId="1AA93278" w14:textId="77777777" w:rsidR="00F42453" w:rsidRDefault="00000000">
      <w:r>
        <w:t>☐ Logotipo e imágenes en alta resolución</w:t>
      </w:r>
    </w:p>
    <w:p w14:paraId="39D11DB1" w14:textId="60C6F672" w:rsidR="00A95006" w:rsidRDefault="00000000">
      <w:r>
        <w:lastRenderedPageBreak/>
        <w:t xml:space="preserve">☐ </w:t>
      </w:r>
      <w:proofErr w:type="spellStart"/>
      <w:r>
        <w:t>Declaración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firmada</w:t>
      </w:r>
      <w:proofErr w:type="spellEnd"/>
    </w:p>
    <w:p w14:paraId="29FFB891" w14:textId="77777777" w:rsidR="00F42453" w:rsidRDefault="00000000">
      <w:r>
        <w:t>☐ Documentación específica por categoría (si aplica)</w:t>
      </w:r>
    </w:p>
    <w:p w14:paraId="52585776" w14:textId="77777777" w:rsidR="00F42453" w:rsidRDefault="00000000">
      <w:pPr>
        <w:pStyle w:val="Ttulo1"/>
      </w:pPr>
      <w:r>
        <w:t>Firma del/la representante</w:t>
      </w:r>
    </w:p>
    <w:p w14:paraId="222019F8" w14:textId="77777777" w:rsidR="00F42453" w:rsidRDefault="00000000">
      <w:r>
        <w:t>En ____________, a _____ de ______________ de 2025</w:t>
      </w:r>
    </w:p>
    <w:p w14:paraId="4490F93D" w14:textId="77777777" w:rsidR="00F42453" w:rsidRDefault="00000000">
      <w:r>
        <w:t>Fdo.: ___________________________________________</w:t>
      </w:r>
    </w:p>
    <w:p w14:paraId="08B67134" w14:textId="77777777" w:rsidR="00F42453" w:rsidRDefault="00000000">
      <w:r>
        <w:t>Nombre completo</w:t>
      </w:r>
    </w:p>
    <w:p w14:paraId="5A219BC6" w14:textId="77777777" w:rsidR="00F42453" w:rsidRDefault="00000000">
      <w:r>
        <w:t>Cargo en la empresa</w:t>
      </w:r>
    </w:p>
    <w:p w14:paraId="5661EA7F" w14:textId="77777777" w:rsidR="00F42453" w:rsidRDefault="00000000">
      <w:r>
        <w:t>(Sello de la empresa si aplica)</w:t>
      </w:r>
    </w:p>
    <w:sectPr w:rsidR="00F424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0981181">
    <w:abstractNumId w:val="8"/>
  </w:num>
  <w:num w:numId="2" w16cid:durableId="2081630362">
    <w:abstractNumId w:val="6"/>
  </w:num>
  <w:num w:numId="3" w16cid:durableId="1082988980">
    <w:abstractNumId w:val="5"/>
  </w:num>
  <w:num w:numId="4" w16cid:durableId="810173498">
    <w:abstractNumId w:val="4"/>
  </w:num>
  <w:num w:numId="5" w16cid:durableId="2060663600">
    <w:abstractNumId w:val="7"/>
  </w:num>
  <w:num w:numId="6" w16cid:durableId="488597428">
    <w:abstractNumId w:val="3"/>
  </w:num>
  <w:num w:numId="7" w16cid:durableId="1454985487">
    <w:abstractNumId w:val="2"/>
  </w:num>
  <w:num w:numId="8" w16cid:durableId="2115855457">
    <w:abstractNumId w:val="1"/>
  </w:num>
  <w:num w:numId="9" w16cid:durableId="13961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95006"/>
    <w:rsid w:val="00AA1D8D"/>
    <w:rsid w:val="00B47730"/>
    <w:rsid w:val="00B92378"/>
    <w:rsid w:val="00CB0664"/>
    <w:rsid w:val="00F424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22640"/>
  <w14:defaultImageDpi w14:val="300"/>
  <w15:docId w15:val="{BD4BFBBD-BEC2-4CC9-A1C2-9EE41F04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CERRADA SANCHEZ</cp:lastModifiedBy>
  <cp:revision>2</cp:revision>
  <dcterms:created xsi:type="dcterms:W3CDTF">2025-07-30T14:02:00Z</dcterms:created>
  <dcterms:modified xsi:type="dcterms:W3CDTF">2025-07-30T14:02:00Z</dcterms:modified>
  <cp:category/>
</cp:coreProperties>
</file>